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[Назва компанії або ПІБ ФОП]</w:t>
      </w:r>
    </w:p>
    <w:p>
      <w:pPr>
        <w:jc w:val="right"/>
      </w:pPr>
      <w:r>
        <w:t>Код ЄДРПОУ / РНОКПП: [        ]   IBAN: [        ]</w:t>
      </w:r>
    </w:p>
    <w:p>
      <w:pPr>
        <w:jc w:val="right"/>
      </w:pPr>
      <w:r>
        <w:t>[Адреса]   [Телефон, email менеджера]</w:t>
      </w:r>
    </w:p>
    <w:p/>
    <w:p>
      <w:r>
        <w:rPr>
          <w:b/>
        </w:rPr>
        <w:t>Комерційна пропозиція № [   ] від [дата]</w:t>
      </w:r>
    </w:p>
    <w:p>
      <w:r>
        <w:t>Кому: [назва компанії клієнта]</w:t>
      </w:r>
    </w:p>
    <w:p>
      <w:r>
        <w:t>Увага: [ім’я людини, яка запитувала]</w:t>
      </w:r>
    </w:p>
    <w:p/>
    <w:p>
      <w:pPr>
        <w:pStyle w:val="Heading2"/>
      </w:pPr>
      <w:r>
        <w:t>[Що пропонуємо] за вашим запитом від [дата запиту]</w:t>
      </w:r>
    </w:p>
    <w:p>
      <w:r>
        <w:t>[Один абзац: у відповідь на що ця пропозиція і що саме в ній.]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№</w:t>
            </w:r>
          </w:p>
        </w:tc>
        <w:tc>
          <w:tcPr>
            <w:tcW w:type="dxa" w:w="1440"/>
          </w:tcPr>
          <w:p>
            <w:r>
              <w:rPr>
                <w:b/>
              </w:rPr>
              <w:t>Найменування</w:t>
            </w:r>
          </w:p>
        </w:tc>
        <w:tc>
          <w:tcPr>
            <w:tcW w:type="dxa" w:w="1440"/>
          </w:tcPr>
          <w:p>
            <w:r>
              <w:rPr>
                <w:b/>
              </w:rPr>
              <w:t>К-сть</w:t>
            </w:r>
          </w:p>
        </w:tc>
        <w:tc>
          <w:tcPr>
            <w:tcW w:type="dxa" w:w="1440"/>
          </w:tcPr>
          <w:p>
            <w:r>
              <w:rPr>
                <w:b/>
              </w:rPr>
              <w:t>Од.</w:t>
            </w:r>
          </w:p>
        </w:tc>
        <w:tc>
          <w:tcPr>
            <w:tcW w:type="dxa" w:w="1440"/>
          </w:tcPr>
          <w:p>
            <w:r>
              <w:rPr>
                <w:b/>
              </w:rPr>
              <w:t>Ціна за од., грн</w:t>
            </w:r>
          </w:p>
        </w:tc>
        <w:tc>
          <w:tcPr>
            <w:tcW w:type="dxa" w:w="1440"/>
          </w:tcPr>
          <w:p>
            <w:r>
              <w:rPr>
                <w:b/>
              </w:rPr>
              <w:t>Сума, грн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[   ]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[   ]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[   ]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7200"/>
            <w:gridSpan w:val="5"/>
          </w:tcPr>
          <w:p>
            <w:r>
              <w:t>Разом без ПДВ</w:t>
            </w:r>
          </w:p>
        </w:tc>
        <w:tc>
          <w:tcPr>
            <w:tcW w:type="dxa" w:w="1440"/>
          </w:tcPr>
          <w:p>
            <w:r>
              <w:t>[   ]</w:t>
            </w:r>
          </w:p>
        </w:tc>
      </w:tr>
      <w:tr>
        <w:tc>
          <w:tcPr>
            <w:tcW w:type="dxa" w:w="7200"/>
            <w:gridSpan w:val="5"/>
          </w:tcPr>
          <w:p>
            <w:r>
              <w:t>ПДВ [ставка / без ПДВ]</w:t>
            </w:r>
          </w:p>
        </w:tc>
        <w:tc>
          <w:tcPr>
            <w:tcW w:type="dxa" w:w="1440"/>
          </w:tcPr>
          <w:p>
            <w:r>
              <w:t>[   ]</w:t>
            </w:r>
          </w:p>
        </w:tc>
      </w:tr>
      <w:tr>
        <w:tc>
          <w:tcPr>
            <w:tcW w:type="dxa" w:w="7200"/>
            <w:gridSpan w:val="5"/>
          </w:tcPr>
          <w:p>
            <w:r>
              <w:t>Разом до сплати</w:t>
            </w:r>
          </w:p>
        </w:tc>
        <w:tc>
          <w:tcPr>
            <w:tcW w:type="dxa" w:w="1440"/>
          </w:tcPr>
          <w:p>
            <w:r>
              <w:t>[   ]</w:t>
            </w:r>
          </w:p>
        </w:tc>
      </w:tr>
    </w:tbl>
    <w:p/>
    <w:p>
      <w:r>
        <w:t>Умови оплати: [передоплата ___ %, решта ___ ]</w:t>
      </w:r>
    </w:p>
    <w:p>
      <w:r>
        <w:t>Строк поставки / початку робіт: [   ] з дня [оплати / підтвердження]</w:t>
      </w:r>
    </w:p>
    <w:p>
      <w:r>
        <w:t>Доставка: [за рахунок кого, як]</w:t>
      </w:r>
    </w:p>
    <w:p>
      <w:r>
        <w:rPr>
          <w:b/>
        </w:rPr>
        <w:t>Ціни та умови дійсні до: [дата]</w:t>
      </w:r>
    </w:p>
    <w:p>
      <w:r>
        <w:t>Наступний крок: [підтвердьте листом, і ми виставимо рахунок / підпишіть договір]</w:t>
      </w:r>
    </w:p>
    <w:p/>
    <w:p>
      <w:r>
        <w:t>[Посада]</w:t>
      </w:r>
    </w:p>
    <w:p>
      <w:r>
        <w:t>[Ім’я, прізвище]</w:t>
      </w:r>
    </w:p>
    <w:p>
      <w:r>
        <w:t>[Підпис / КЕП]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