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[Название компании или ФИО ФОП]</w:t>
      </w:r>
    </w:p>
    <w:p>
      <w:pPr>
        <w:jc w:val="right"/>
      </w:pPr>
      <w:r>
        <w:t>Код ЕГРПОУ / РНУКПН: [        ]   IBAN: [        ]</w:t>
      </w:r>
    </w:p>
    <w:p>
      <w:pPr>
        <w:jc w:val="right"/>
      </w:pPr>
      <w:r>
        <w:t>[Адрес]   [Телефон, email менеджера]</w:t>
      </w:r>
    </w:p>
    <w:p/>
    <w:p>
      <w:r>
        <w:rPr>
          <w:b/>
        </w:rPr>
        <w:t>Коммерческое предложение № [   ] от [дата]</w:t>
      </w:r>
    </w:p>
    <w:p>
      <w:r>
        <w:t>Кому: [название компании клиента]</w:t>
      </w:r>
    </w:p>
    <w:p>
      <w:r>
        <w:t>Вниманию: [имя человека, который спрашивал]</w:t>
      </w:r>
    </w:p>
    <w:p/>
    <w:p>
      <w:pPr>
        <w:pStyle w:val="Heading2"/>
      </w:pPr>
      <w:r>
        <w:t>[Что предлагаем] по вашему запросу от [дата запроса]</w:t>
      </w:r>
    </w:p>
    <w:p>
      <w:r>
        <w:t>[Один абзац: в ответ на что это предложение и что именно в нём.]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№</w:t>
            </w:r>
          </w:p>
        </w:tc>
        <w:tc>
          <w:tcPr>
            <w:tcW w:type="dxa" w:w="1440"/>
          </w:tcPr>
          <w:p>
            <w:r>
              <w:rPr>
                <w:b/>
              </w:rPr>
              <w:t>Наименование</w:t>
            </w:r>
          </w:p>
        </w:tc>
        <w:tc>
          <w:tcPr>
            <w:tcW w:type="dxa" w:w="1440"/>
          </w:tcPr>
          <w:p>
            <w:r>
              <w:rPr>
                <w:b/>
              </w:rPr>
              <w:t>Кол-во</w:t>
            </w:r>
          </w:p>
        </w:tc>
        <w:tc>
          <w:tcPr>
            <w:tcW w:type="dxa" w:w="1440"/>
          </w:tcPr>
          <w:p>
            <w:r>
              <w:rPr>
                <w:b/>
              </w:rPr>
              <w:t>Ед.</w:t>
            </w:r>
          </w:p>
        </w:tc>
        <w:tc>
          <w:tcPr>
            <w:tcW w:type="dxa" w:w="1440"/>
          </w:tcPr>
          <w:p>
            <w:r>
              <w:rPr>
                <w:b/>
              </w:rPr>
              <w:t>Цена за ед., грн</w:t>
            </w:r>
          </w:p>
        </w:tc>
        <w:tc>
          <w:tcPr>
            <w:tcW w:type="dxa" w:w="1440"/>
          </w:tcPr>
          <w:p>
            <w:r>
              <w:rPr>
                <w:b/>
              </w:rPr>
              <w:t>Сумма, грн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[   ]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[   ]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[   ]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7200"/>
            <w:gridSpan w:val="5"/>
          </w:tcPr>
          <w:p>
            <w:r>
              <w:t>Итого без НДС</w:t>
            </w:r>
          </w:p>
        </w:tc>
        <w:tc>
          <w:tcPr>
            <w:tcW w:type="dxa" w:w="1440"/>
          </w:tcPr>
          <w:p>
            <w:r>
              <w:t>[   ]</w:t>
            </w:r>
          </w:p>
        </w:tc>
      </w:tr>
      <w:tr>
        <w:tc>
          <w:tcPr>
            <w:tcW w:type="dxa" w:w="7200"/>
            <w:gridSpan w:val="5"/>
          </w:tcPr>
          <w:p>
            <w:r>
              <w:t>НДС [ставка / без НДС]</w:t>
            </w:r>
          </w:p>
        </w:tc>
        <w:tc>
          <w:tcPr>
            <w:tcW w:type="dxa" w:w="1440"/>
          </w:tcPr>
          <w:p>
            <w:r>
              <w:t>[   ]</w:t>
            </w:r>
          </w:p>
        </w:tc>
      </w:tr>
      <w:tr>
        <w:tc>
          <w:tcPr>
            <w:tcW w:type="dxa" w:w="7200"/>
            <w:gridSpan w:val="5"/>
          </w:tcPr>
          <w:p>
            <w:r>
              <w:t>Итого к оплате</w:t>
            </w:r>
          </w:p>
        </w:tc>
        <w:tc>
          <w:tcPr>
            <w:tcW w:type="dxa" w:w="1440"/>
          </w:tcPr>
          <w:p>
            <w:r>
              <w:t>[   ]</w:t>
            </w:r>
          </w:p>
        </w:tc>
      </w:tr>
    </w:tbl>
    <w:p/>
    <w:p>
      <w:r>
        <w:t>Условия оплаты: [предоплата ___ %, остальное ___ ]</w:t>
      </w:r>
    </w:p>
    <w:p>
      <w:r>
        <w:t>Срок поставки / начала работ: [   ] со дня [оплаты / подтверждения]</w:t>
      </w:r>
    </w:p>
    <w:p>
      <w:r>
        <w:t>Доставка: [за чей счёт, как]</w:t>
      </w:r>
    </w:p>
    <w:p>
      <w:r>
        <w:rPr>
          <w:b/>
        </w:rPr>
        <w:t>Цены и условия действительны до: [дата]</w:t>
      </w:r>
    </w:p>
    <w:p>
      <w:r>
        <w:t>Следующий шаг: [подтвердите письмом, и мы выставим счёт / подпишите договор]</w:t>
      </w:r>
    </w:p>
    <w:p/>
    <w:p>
      <w:r>
        <w:t>[Должность]</w:t>
      </w:r>
    </w:p>
    <w:p>
      <w:r>
        <w:t>[Имя, фамилия]</w:t>
      </w:r>
    </w:p>
    <w:p>
      <w:r>
        <w:t>[Подпись / КЭП]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